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i w:val="0"/>
        </w:rPr>
        <w:t>Кому: [наименование должника]</w:t>
      </w:r>
    </w:p>
    <w:p>
      <w:pPr>
        <w:spacing w:after="0"/>
        <w:jc w:val="right"/>
      </w:pPr>
      <w:r>
        <w:rPr>
          <w:b w:val="0"/>
          <w:i w:val="0"/>
        </w:rPr>
        <w:t>БИН [__________]</w:t>
      </w:r>
    </w:p>
    <w:p>
      <w:pPr>
        <w:spacing w:after="0"/>
        <w:jc w:val="right"/>
      </w:pPr>
      <w:r>
        <w:rPr>
          <w:b w:val="0"/>
          <w:i w:val="0"/>
        </w:rPr>
        <w:t>Адрес: [юридический адрес должника]</w:t>
      </w:r>
    </w:p>
    <w:p>
      <w:pPr>
        <w:spacing w:after="0"/>
        <w:jc w:val="right"/>
      </w:pPr>
      <w:r>
        <w:rPr>
          <w:b w:val="0"/>
          <w:i w:val="0"/>
        </w:rPr>
      </w:r>
    </w:p>
    <w:p>
      <w:pPr>
        <w:spacing w:after="0"/>
        <w:jc w:val="right"/>
      </w:pPr>
      <w:r>
        <w:rPr>
          <w:b w:val="0"/>
          <w:i w:val="0"/>
        </w:rPr>
        <w:t>От: [наименование кредитора]</w:t>
      </w:r>
    </w:p>
    <w:p>
      <w:pPr>
        <w:spacing w:after="0"/>
        <w:jc w:val="right"/>
      </w:pPr>
      <w:r>
        <w:rPr>
          <w:b w:val="0"/>
          <w:i w:val="0"/>
        </w:rPr>
        <w:t>БИН [__________]</w:t>
      </w:r>
    </w:p>
    <w:p>
      <w:pPr>
        <w:spacing w:after="0"/>
        <w:jc w:val="right"/>
      </w:pPr>
      <w:r>
        <w:rPr>
          <w:b w:val="0"/>
          <w:i w:val="0"/>
        </w:rPr>
        <w:t>Адрес: [адрес], тел. [__________], e-mail [__________]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240"/>
      </w:pPr>
      <w:r>
        <w:rPr>
          <w:b w:val="0"/>
          <w:i w:val="0"/>
        </w:rPr>
        <w:t>Исх. № [___] от [дата]</w:t>
      </w:r>
    </w:p>
    <w:p>
      <w:pPr>
        <w:spacing w:after="40"/>
        <w:jc w:val="center"/>
      </w:pPr>
      <w:r>
        <w:rPr>
          <w:b/>
          <w:i w:val="0"/>
          <w:sz w:val="28"/>
        </w:rPr>
        <w:t>ДОСУДЕБНАЯ ПРЕТЕНЗИЯ</w:t>
      </w:r>
    </w:p>
    <w:p>
      <w:pPr>
        <w:spacing w:after="240"/>
        <w:jc w:val="center"/>
      </w:pPr>
      <w:r>
        <w:rPr>
          <w:b w:val="0"/>
          <w:i w:val="0"/>
        </w:rPr>
        <w:t>о погашении задолженности по договору поставки № [___] от [дата]</w:t>
      </w:r>
    </w:p>
    <w:p>
      <w:pPr>
        <w:spacing w:after="120"/>
        <w:jc w:val="both"/>
      </w:pPr>
      <w:r>
        <w:rPr>
          <w:b w:val="0"/>
          <w:i w:val="0"/>
        </w:rPr>
        <w:t>Между [наименование кредитора] (далее — Поставщик) и [наименование должника] (далее — Покупатель) заключён договор поставки № [___] от [дата] (далее — Договор). Во исполнение Договора Поставщик передал Покупателю товар, что подтверждается документами, указанными ниже. Покупатель был обязан оплатить товар в срок, установленный [пунктом ___ Договора / указанными документами]. Оплата в установленный срок не произведена [произведена частично].</w:t>
      </w:r>
    </w:p>
    <w:p>
      <w:pPr>
        <w:spacing w:after="120"/>
        <w:jc w:val="both"/>
      </w:pPr>
      <w:r>
        <w:rPr>
          <w:b w:val="0"/>
          <w:i w:val="0"/>
        </w:rPr>
        <w:t>По состоянию на [дата] задолженность Покупателя составляет: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Документ (номер, дата)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Срок оплаты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Сумма, ₸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Оплачено, ₸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Остаток, ₸</w:t>
            </w:r>
          </w:p>
        </w:tc>
      </w:tr>
      <w:tr>
        <w:tc>
          <w:tcPr>
            <w:tcW w:type="dxa" w:w="166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rPr>
                <w:sz w:val="20"/>
              </w:rPr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>
            <w:r>
              <w:rPr>
                <w:b/>
                <w:sz w:val="20"/>
              </w:rPr>
              <w:t>[сумма]</w:t>
            </w:r>
          </w:p>
        </w:tc>
      </w:tr>
    </w:tbl>
    <w:p>
      <w:pPr>
        <w:spacing w:after="120"/>
      </w:pPr>
      <w:r>
        <w:rPr>
          <w:b w:val="0"/>
          <w:i w:val="0"/>
        </w:rPr>
      </w:r>
    </w:p>
    <w:p>
      <w:pPr>
        <w:spacing w:after="120"/>
        <w:jc w:val="both"/>
      </w:pPr>
      <w:r>
        <w:rPr>
          <w:b w:val="0"/>
          <w:i w:val="0"/>
        </w:rPr>
        <w:t>Неустойка. Вариант 1 — если неустойка предусмотрена Договором: пунктом [___] Договора предусмотрена пеня в размере [___]% от суммы просроченного платежа за каждый день просрочки. По состоянию на [дата] сумма пени составляет [сумма] ₸ (расчёт прилагается).</w:t>
      </w:r>
    </w:p>
    <w:p>
      <w:pPr>
        <w:spacing w:after="120"/>
        <w:jc w:val="both"/>
      </w:pPr>
      <w:r>
        <w:rPr>
          <w:b w:val="0"/>
          <w:i/>
        </w:rPr>
        <w:t>Вариант 2 — если неустойка Договором не предусмотрена: на основании статьи 353 Гражданского кодекса Республики Казахстан за просрочку уплаты денежных средств подлежит уплате неустойка, размер которой исчисляется исходя из базовой ставки Национального Банка Республики Казахстан. По состоянию на [дата] её размер составляет [сумма] ₸ (расчёт прилагается).</w:t>
      </w:r>
    </w:p>
    <w:p>
      <w:pPr>
        <w:spacing w:after="120"/>
        <w:jc w:val="both"/>
      </w:pPr>
      <w:r>
        <w:rPr>
          <w:b w:val="0"/>
          <w:i w:val="0"/>
        </w:rPr>
        <w:t>Согласно статье 272 Гражданского кодекса Республики Казахстан обязательство должно исполняться надлежащим образом в соответствии с условиями обязательства и требованиями законодательства. Согласно статье 273 Гражданского кодекса Республики Казахстан односторонний отказ от исполнения обязательства не допускается, за исключением случаев, предусмотренных законодательством или договором.</w:t>
      </w:r>
    </w:p>
    <w:p>
      <w:pPr>
        <w:spacing w:after="120"/>
        <w:jc w:val="both"/>
      </w:pPr>
      <w:r>
        <w:rPr>
          <w:b w:val="0"/>
          <w:i w:val="0"/>
        </w:rPr>
        <w:t>На основании изложенного требуем в течение [___] рабочих дней с момента получения настоящей претензии оплатить задолженность в размере [сумма] ₸ и неустойку в размере [сумма] ₸ по следующим реквизитам: [банк, ИИК, БИК, Кбе].</w:t>
      </w:r>
    </w:p>
    <w:p>
      <w:pPr>
        <w:spacing w:after="120"/>
        <w:jc w:val="both"/>
      </w:pPr>
      <w:r>
        <w:rPr>
          <w:b w:val="0"/>
          <w:i w:val="0"/>
        </w:rPr>
        <w:t>Если вы признаёте задолженность, просим подтвердить это письменным ответом на настоящую претензию с указанием суммы долга и срока его погашения.</w:t>
      </w:r>
    </w:p>
    <w:p>
      <w:pPr>
        <w:spacing w:after="120"/>
        <w:jc w:val="both"/>
      </w:pPr>
      <w:r>
        <w:rPr>
          <w:b w:val="0"/>
          <w:i w:val="0"/>
        </w:rPr>
        <w:t>В случае неисполнения требования в указанный срок Поставщик будет вынужден обратиться за защитой своих прав в порядке, предусмотренном законодательством Республики Казахстан, в том числе к нотариусу за совершением исполнительной надписи либо в суд, с отнесением на Покупателя судебных расходов.</w:t>
      </w:r>
    </w:p>
    <w:p>
      <w:pPr>
        <w:spacing w:after="40"/>
      </w:pPr>
      <w:r>
        <w:rPr>
          <w:b/>
          <w:i w:val="0"/>
        </w:rPr>
        <w:t>Приложения:</w:t>
      </w:r>
    </w:p>
    <w:p>
      <w:pPr>
        <w:spacing w:after="0"/>
      </w:pPr>
      <w:r>
        <w:rPr>
          <w:b w:val="0"/>
          <w:i w:val="0"/>
        </w:rPr>
        <w:t>1. Копия Договора № [___] от [дата].</w:t>
      </w:r>
    </w:p>
    <w:p>
      <w:pPr>
        <w:spacing w:after="0"/>
      </w:pPr>
      <w:r>
        <w:rPr>
          <w:b w:val="0"/>
          <w:i w:val="0"/>
        </w:rPr>
        <w:t>2. Копии накладных (актов) № [___].</w:t>
      </w:r>
    </w:p>
    <w:p>
      <w:pPr>
        <w:spacing w:after="0"/>
      </w:pPr>
      <w:r>
        <w:rPr>
          <w:b w:val="0"/>
          <w:i w:val="0"/>
        </w:rPr>
        <w:t>3. Акт сверки взаимных расчётов на [дата] (при наличии).</w:t>
      </w:r>
    </w:p>
    <w:p>
      <w:pPr>
        <w:spacing w:after="0"/>
      </w:pPr>
      <w:r>
        <w:rPr>
          <w:b w:val="0"/>
          <w:i w:val="0"/>
        </w:rPr>
        <w:t>4. Расчёт неустойки.</w:t>
      </w:r>
    </w:p>
    <w:p>
      <w:pPr>
        <w:spacing w:after="0"/>
      </w:pPr>
      <w:r>
        <w:rPr>
          <w:b w:val="0"/>
          <w:i w:val="0"/>
        </w:rPr>
        <w:t>5. Копия доверенности подписанта (если претензию подписывает не первый руководитель).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0"/>
      </w:pPr>
      <w:r>
        <w:rPr>
          <w:b w:val="0"/>
          <w:i w:val="0"/>
        </w:rPr>
        <w:t>[Должность]                                  ____________________  [Ф.И.О.]</w:t>
      </w:r>
    </w:p>
    <w:p>
      <w:pPr>
        <w:spacing w:after="360"/>
      </w:pPr>
      <w:r>
        <w:rPr>
          <w:b w:val="0"/>
          <w:i w:val="0"/>
        </w:rPr>
        <w:t>М.П. (при наличии)</w:t>
      </w:r>
    </w:p>
    <w:p>
      <w:pPr>
        <w:spacing w:after="120"/>
      </w:pPr>
      <w:r>
        <w:rPr>
          <w:b w:val="0"/>
          <w:i/>
          <w:sz w:val="18"/>
        </w:rPr>
        <w:t>Образец подготовлен debitorka.kz по нормам Гражданского кодекса РК в редакции на сентябрь 2026 года. Перед отправкой сверьтесь с условиями вашего договора: срок ответа на претензию и порядок её направления могут быть установлены договором. Образец не заменяет консультацию юриста.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досудебной претензии</dc:title>
  <dc:subject/>
  <dc:creator>debitorka.kz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