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 w:val="0"/>
          <w:i w:val="0"/>
          <w:sz w:val="20"/>
        </w:rPr>
        <w:t>[Бланк должника: наименование], БИН [__________]</w:t>
      </w:r>
    </w:p>
    <w:p>
      <w:pPr>
        <w:spacing w:after="240"/>
        <w:jc w:val="center"/>
      </w:pPr>
      <w:r>
        <w:rPr>
          <w:b w:val="0"/>
          <w:i w:val="0"/>
          <w:sz w:val="20"/>
        </w:rPr>
        <w:t>Адрес: [__________], тел. [__________], e-mail [__________]</w:t>
      </w:r>
    </w:p>
    <w:p>
      <w:pPr>
        <w:spacing w:after="0"/>
        <w:jc w:val="right"/>
      </w:pPr>
      <w:r>
        <w:rPr>
          <w:b w:val="0"/>
          <w:i w:val="0"/>
        </w:rPr>
        <w:t>Кому: [наименование кредитора]</w:t>
      </w:r>
    </w:p>
    <w:p>
      <w:pPr>
        <w:spacing w:after="0"/>
        <w:jc w:val="right"/>
      </w:pPr>
      <w:r>
        <w:rPr>
          <w:b w:val="0"/>
          <w:i w:val="0"/>
        </w:rPr>
        <w:t>БИН [__________]</w:t>
      </w:r>
    </w:p>
    <w:p>
      <w:pPr>
        <w:spacing w:after="120"/>
        <w:jc w:val="right"/>
      </w:pPr>
      <w:r>
        <w:rPr>
          <w:b w:val="0"/>
          <w:i w:val="0"/>
        </w:rPr>
        <w:t>Адрес: [юридический адрес кредитора]</w:t>
      </w:r>
    </w:p>
    <w:p>
      <w:pPr>
        <w:spacing w:after="160"/>
      </w:pPr>
      <w:r>
        <w:rPr>
          <w:b w:val="0"/>
          <w:i w:val="0"/>
        </w:rPr>
        <w:t>Исх. № [___] от [дата]</w:t>
      </w:r>
    </w:p>
    <w:p>
      <w:pPr>
        <w:spacing w:after="40"/>
        <w:jc w:val="center"/>
      </w:pPr>
      <w:r>
        <w:rPr>
          <w:b/>
          <w:i w:val="0"/>
          <w:sz w:val="28"/>
        </w:rPr>
        <w:t>ГАРАНТИЙНОЕ ПИСЬМО</w:t>
      </w:r>
    </w:p>
    <w:p>
      <w:pPr>
        <w:spacing w:after="240"/>
        <w:jc w:val="center"/>
      </w:pPr>
      <w:r>
        <w:rPr>
          <w:b w:val="0"/>
          <w:i w:val="0"/>
        </w:rPr>
        <w:t>об оплате задолженности по договору [поставки] № [___] от [дата]</w:t>
      </w:r>
    </w:p>
    <w:p>
      <w:pPr>
        <w:spacing w:after="120"/>
        <w:jc w:val="both"/>
      </w:pPr>
      <w:r>
        <w:rPr>
          <w:b w:val="0"/>
          <w:i w:val="0"/>
        </w:rPr>
        <w:t>[Наименование должника], БИН [__________] (далее — Должник), в лице [должность, Ф.И.О.], действующего на основании [Устава / доверенности № ___ от ___], подтверждает, что по договору [поставки] № [___] от [дата] (далее — Договор), заключённому с [наименование кредитора] (далее — Кредитор), имеет перед Кредитором задолженность по следующим документам: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4422"/>
        <w:gridCol w:w="2381"/>
        <w:gridCol w:w="2381"/>
      </w:tblGrid>
      <w:tr>
        <w:tc>
          <w:tcPr>
            <w:tcW w:type="dxa" w:w="680"/>
          </w:tcPr>
          <w:p>
            <w:r>
              <w:rPr>
                <w:b/>
                <w:sz w:val="20"/>
              </w:rPr>
              <w:t>№</w:t>
            </w:r>
          </w:p>
        </w:tc>
        <w:tc>
          <w:tcPr>
            <w:tcW w:type="dxa" w:w="4422"/>
          </w:tcPr>
          <w:p>
            <w:r>
              <w:rPr>
                <w:b/>
                <w:sz w:val="20"/>
              </w:rPr>
              <w:t>Документ (номер, дата)</w:t>
            </w:r>
          </w:p>
        </w:tc>
        <w:tc>
          <w:tcPr>
            <w:tcW w:type="dxa" w:w="2381"/>
          </w:tcPr>
          <w:p>
            <w:r>
              <w:rPr>
                <w:b/>
                <w:sz w:val="20"/>
              </w:rPr>
              <w:t>Срок оплаты по Договору</w:t>
            </w:r>
          </w:p>
        </w:tc>
        <w:tc>
          <w:tcPr>
            <w:tcW w:type="dxa" w:w="2381"/>
          </w:tcPr>
          <w:p>
            <w:r>
              <w:rPr>
                <w:b/>
                <w:sz w:val="20"/>
              </w:rPr>
              <w:t>Сумма долга, ₸</w:t>
            </w:r>
          </w:p>
        </w:tc>
      </w:tr>
      <w:tr>
        <w:tc>
          <w:tcPr>
            <w:tcW w:type="dxa" w:w="68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4422"/>
          </w:tcPr>
          <w:p/>
        </w:tc>
        <w:tc>
          <w:tcPr>
            <w:tcW w:type="dxa" w:w="2381"/>
          </w:tcPr>
          <w:p/>
        </w:tc>
        <w:tc>
          <w:tcPr>
            <w:tcW w:type="dxa" w:w="2381"/>
          </w:tcPr>
          <w:p/>
        </w:tc>
      </w:tr>
      <w:tr>
        <w:tc>
          <w:tcPr>
            <w:tcW w:type="dxa" w:w="680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4422"/>
          </w:tcPr>
          <w:p/>
        </w:tc>
        <w:tc>
          <w:tcPr>
            <w:tcW w:type="dxa" w:w="2381"/>
          </w:tcPr>
          <w:p/>
        </w:tc>
        <w:tc>
          <w:tcPr>
            <w:tcW w:type="dxa" w:w="2381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422"/>
          </w:tcPr>
          <w:p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2381"/>
          </w:tcPr>
          <w:p/>
        </w:tc>
        <w:tc>
          <w:tcPr>
            <w:tcW w:type="dxa" w:w="2381"/>
          </w:tcPr>
          <w:p>
            <w:r>
              <w:rPr>
                <w:b/>
                <w:sz w:val="20"/>
              </w:rPr>
              <w:t>[сумма]</w:t>
            </w:r>
          </w:p>
        </w:tc>
      </w:tr>
    </w:tbl>
    <w:p>
      <w:pPr>
        <w:spacing w:after="0"/>
      </w:pPr>
    </w:p>
    <w:p>
      <w:pPr>
        <w:spacing w:after="120"/>
        <w:jc w:val="both"/>
      </w:pPr>
      <w:r>
        <w:rPr>
          <w:b w:val="0"/>
          <w:i w:val="0"/>
        </w:rPr>
        <w:t>Оплата по указанным документам в срок, установленный Договором, не произведена. Должник признаёт задолженность перед Кредитором в размере [сумма] ([сумма прописью]) тенге.</w:t>
      </w:r>
    </w:p>
    <w:p>
      <w:pPr>
        <w:spacing w:after="120"/>
        <w:jc w:val="both"/>
      </w:pPr>
      <w:r>
        <w:rPr>
          <w:b w:val="0"/>
          <w:i w:val="0"/>
        </w:rPr>
        <w:t>Должник гарантирует погасить задолженность [в срок не позднее [дата] / по следующему графику]: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3288"/>
        <w:gridCol w:w="2835"/>
        <w:gridCol w:w="3061"/>
      </w:tblGrid>
      <w:tr>
        <w:tc>
          <w:tcPr>
            <w:tcW w:type="dxa" w:w="680"/>
          </w:tcPr>
          <w:p>
            <w:r>
              <w:rPr>
                <w:b/>
                <w:sz w:val="20"/>
              </w:rPr>
              <w:t>№</w:t>
            </w:r>
          </w:p>
        </w:tc>
        <w:tc>
          <w:tcPr>
            <w:tcW w:type="dxa" w:w="3288"/>
          </w:tcPr>
          <w:p>
            <w:r>
              <w:rPr>
                <w:b/>
                <w:sz w:val="20"/>
              </w:rPr>
              <w:t>Срок платежа (не позднее)</w:t>
            </w:r>
          </w:p>
        </w:tc>
        <w:tc>
          <w:tcPr>
            <w:tcW w:type="dxa" w:w="2835"/>
          </w:tcPr>
          <w:p>
            <w:r>
              <w:rPr>
                <w:b/>
                <w:sz w:val="20"/>
              </w:rPr>
              <w:t>Сумма платежа, ₸</w:t>
            </w:r>
          </w:p>
        </w:tc>
        <w:tc>
          <w:tcPr>
            <w:tcW w:type="dxa" w:w="3061"/>
          </w:tcPr>
          <w:p>
            <w:r>
              <w:rPr>
                <w:b/>
                <w:sz w:val="20"/>
              </w:rPr>
              <w:t>Остаток после платежа, ₸</w:t>
            </w:r>
          </w:p>
        </w:tc>
      </w:tr>
      <w:tr>
        <w:tc>
          <w:tcPr>
            <w:tcW w:type="dxa" w:w="68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3288"/>
          </w:tcPr>
          <w:p>
            <w:r>
              <w:rPr>
                <w:sz w:val="20"/>
              </w:rPr>
              <w:t>[дата]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[сумма]</w:t>
            </w:r>
          </w:p>
        </w:tc>
        <w:tc>
          <w:tcPr>
            <w:tcW w:type="dxa" w:w="3061"/>
          </w:tcPr>
          <w:p>
            <w:r>
              <w:rPr>
                <w:sz w:val="20"/>
              </w:rPr>
              <w:t>[сумма]</w:t>
            </w:r>
          </w:p>
        </w:tc>
      </w:tr>
      <w:tr>
        <w:tc>
          <w:tcPr>
            <w:tcW w:type="dxa" w:w="680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3288"/>
          </w:tcPr>
          <w:p>
            <w:r>
              <w:rPr>
                <w:sz w:val="20"/>
              </w:rPr>
              <w:t>[дата]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[сумма]</w:t>
            </w:r>
          </w:p>
        </w:tc>
        <w:tc>
          <w:tcPr>
            <w:tcW w:type="dxa" w:w="3061"/>
          </w:tcPr>
          <w:p>
            <w:r>
              <w:rPr>
                <w:sz w:val="20"/>
              </w:rPr>
              <w:t>0</w:t>
            </w:r>
          </w:p>
        </w:tc>
      </w:tr>
      <w:tr>
        <w:tc>
          <w:tcPr>
            <w:tcW w:type="dxa" w:w="680"/>
          </w:tcPr>
          <w:p/>
        </w:tc>
        <w:tc>
          <w:tcPr>
            <w:tcW w:type="dxa" w:w="3288"/>
          </w:tcPr>
          <w:p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2835"/>
          </w:tcPr>
          <w:p>
            <w:r>
              <w:rPr>
                <w:b/>
                <w:sz w:val="20"/>
              </w:rPr>
              <w:t>[сумма]</w:t>
            </w:r>
          </w:p>
        </w:tc>
        <w:tc>
          <w:tcPr>
            <w:tcW w:type="dxa" w:w="3061"/>
          </w:tcPr>
          <w:p/>
        </w:tc>
      </w:tr>
    </w:tbl>
    <w:p>
      <w:pPr>
        <w:spacing w:after="0"/>
      </w:pPr>
    </w:p>
    <w:p>
      <w:pPr>
        <w:spacing w:after="120"/>
        <w:jc w:val="both"/>
      </w:pPr>
      <w:r>
        <w:rPr>
          <w:b w:val="0"/>
          <w:i w:val="0"/>
        </w:rPr>
        <w:t>Оплата производится на банковский счёт Кредитора: [банк, ИИК, БИК, Кбе]. В назначении платежа Должник указывает номер и дату Договора и номер настоящего письма.</w:t>
      </w:r>
    </w:p>
    <w:p>
      <w:pPr>
        <w:spacing w:after="120"/>
        <w:jc w:val="both"/>
      </w:pPr>
      <w:r>
        <w:rPr>
          <w:b w:val="0"/>
          <w:i w:val="0"/>
        </w:rPr>
        <w:t>[Если применимо: Должник признаёт свою вину в просрочке оплаты и неустойку, начисленную по пункту [___] Договора за период с [дата] по [дата], в размере [сумма] ₸, и обязуется уплатить её не позднее [дата].]</w:t>
      </w:r>
    </w:p>
    <w:p>
      <w:pPr>
        <w:spacing w:after="120"/>
        <w:jc w:val="both"/>
      </w:pPr>
      <w:r>
        <w:rPr>
          <w:b w:val="0"/>
          <w:i w:val="0"/>
        </w:rPr>
        <w:t>Ответственный за исполнение настоящего письма: [должность, Ф.И.О.], тел. [__________].</w:t>
      </w:r>
    </w:p>
    <w:p>
      <w:pPr>
        <w:spacing w:after="280"/>
      </w:pPr>
      <w:r>
        <w:rPr>
          <w:b w:val="0"/>
          <w:i w:val="0"/>
        </w:rPr>
        <w:t>Приложение: копия доверенности подписанта (если подписывает не первый руководитель).</w:t>
      </w:r>
    </w:p>
    <w:p>
      <w:pPr>
        <w:keepNext/>
        <w:tabs>
          <w:tab w:pos="4649" w:val="left"/>
        </w:tabs>
        <w:spacing w:after="200"/>
      </w:pPr>
      <w:r>
        <w:rPr>
          <w:b w:val="0"/>
          <w:i w:val="0"/>
        </w:rPr>
        <w:t>[Должность руководителя]</w:t>
        <w:tab/>
        <w:t>____________________  [Ф.И.О.]</w:t>
      </w:r>
    </w:p>
    <w:p>
      <w:pPr>
        <w:keepNext/>
        <w:tabs>
          <w:tab w:pos="4649" w:val="left"/>
        </w:tabs>
        <w:spacing w:after="80"/>
      </w:pPr>
      <w:r>
        <w:rPr>
          <w:b w:val="0"/>
          <w:i w:val="0"/>
        </w:rPr>
        <w:t>Главный бухгалтер (при наличии)</w:t>
        <w:tab/>
        <w:t>____________________  [Ф.И.О.]</w:t>
      </w:r>
    </w:p>
    <w:p>
      <w:pPr>
        <w:spacing w:after="280"/>
      </w:pPr>
      <w:r>
        <w:rPr>
          <w:b w:val="0"/>
          <w:i w:val="0"/>
        </w:rPr>
        <w:t>М.П. (при наличии)</w:t>
      </w:r>
    </w:p>
    <w:p>
      <w:pPr>
        <w:spacing w:after="120"/>
        <w:jc w:val="both"/>
      </w:pPr>
      <w:r>
        <w:rPr>
          <w:b w:val="0"/>
          <w:i/>
          <w:sz w:val="18"/>
        </w:rPr>
        <w:t>Образец подготовлен debitorka.kz по нормам Гражданского кодекса РК и Закона РК «О нотариате» в редакции на сентябрь 2026 года. Письмо оформляется на бланке должника и подписывается первым руководителем или представителем по доверенности. Номер и дата договора, сумма долга и фраза о признании задолженности нужны, чтобы письмо работало как письменное признание долга. Гарантийное письмо не изменяет условия договора и не устанавливает неустойку: для этого нужно письменное соглашение сторон (ст. 294, 401, 402 ГК РК), см. образец соглашения о рассрочке. Образец не заменяет консультацию юриста.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гарантийного письма об оплате задолженности</dc:title>
  <dc:subject/>
  <dc:creator>debitorka.kz</dc:creator>
  <cp:keywords/>
  <dc:description>Образец debitorka.kz, сентябрь 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